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F8793" w14:textId="2C5C98E6" w:rsidR="002F3323" w:rsidRDefault="00F30B3E">
      <w:pPr>
        <w:jc w:val="center"/>
        <w:rPr>
          <w:rFonts w:asciiTheme="majorHAnsi" w:hAnsiTheme="majorHAnsi" w:cstheme="majorHAnsi"/>
          <w:b/>
          <w:color w:val="00467F"/>
          <w:sz w:val="44"/>
        </w:rPr>
      </w:pPr>
      <w:r>
        <w:rPr>
          <w:noProof/>
        </w:rPr>
        <w:drawing>
          <wp:inline distT="0" distB="0" distL="0" distR="0" wp14:anchorId="7762765C" wp14:editId="17639A37">
            <wp:extent cx="4171950" cy="561975"/>
            <wp:effectExtent l="0" t="0" r="0" b="9525"/>
            <wp:docPr id="4263617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E7537" w14:textId="3180FB14" w:rsidR="00475EE3" w:rsidRPr="00154899" w:rsidRDefault="00D043A9">
      <w:pPr>
        <w:jc w:val="center"/>
        <w:rPr>
          <w:rFonts w:asciiTheme="majorHAnsi" w:hAnsiTheme="majorHAnsi" w:cstheme="majorHAnsi"/>
        </w:rPr>
      </w:pPr>
      <w:r w:rsidRPr="00154899">
        <w:rPr>
          <w:rFonts w:asciiTheme="majorHAnsi" w:hAnsiTheme="majorHAnsi" w:cstheme="majorHAnsi"/>
          <w:b/>
          <w:color w:val="00467F"/>
          <w:sz w:val="44"/>
        </w:rPr>
        <w:t>Member Support Manager</w:t>
      </w:r>
      <w:r w:rsidR="00C40C9A">
        <w:rPr>
          <w:rFonts w:asciiTheme="majorHAnsi" w:hAnsiTheme="majorHAnsi" w:cstheme="majorHAnsi"/>
          <w:b/>
          <w:color w:val="00467F"/>
          <w:sz w:val="44"/>
        </w:rPr>
        <w:t xml:space="preserve"> – Full Time</w:t>
      </w:r>
    </w:p>
    <w:p w14:paraId="2103C03C" w14:textId="77777777" w:rsidR="00475EE3" w:rsidRPr="00154899" w:rsidRDefault="00D043A9">
      <w:pPr>
        <w:jc w:val="center"/>
        <w:rPr>
          <w:rFonts w:asciiTheme="majorHAnsi" w:hAnsiTheme="majorHAnsi" w:cstheme="majorHAnsi"/>
        </w:rPr>
      </w:pPr>
      <w:r w:rsidRPr="00154899">
        <w:rPr>
          <w:rFonts w:asciiTheme="majorHAnsi" w:hAnsiTheme="majorHAnsi" w:cstheme="majorHAnsi"/>
          <w:i/>
          <w:sz w:val="24"/>
        </w:rPr>
        <w:t>National Office, Wellington</w:t>
      </w:r>
    </w:p>
    <w:p w14:paraId="27F27E03" w14:textId="4B33AE17" w:rsidR="00475EE3" w:rsidRPr="00154899" w:rsidRDefault="00154899" w:rsidP="00184BD6">
      <w:pPr>
        <w:jc w:val="both"/>
        <w:rPr>
          <w:rFonts w:asciiTheme="majorHAnsi" w:hAnsiTheme="majorHAnsi" w:cstheme="majorHAnsi"/>
        </w:rPr>
      </w:pPr>
      <w:r w:rsidRPr="00154899">
        <w:rPr>
          <w:rFonts w:asciiTheme="majorHAnsi" w:hAnsiTheme="majorHAnsi" w:cstheme="majorHAnsi"/>
        </w:rPr>
        <w:t>Tōpūtanga</w:t>
      </w:r>
      <w:r w:rsidR="00D043A9" w:rsidRPr="00154899">
        <w:rPr>
          <w:rFonts w:asciiTheme="majorHAnsi" w:hAnsiTheme="majorHAnsi" w:cstheme="majorHAnsi"/>
        </w:rPr>
        <w:t xml:space="preserve"> Tapuhi Kaitiaki o Aotearoa: The New Zealand Nurses Organisation (NZNO) is the leading professional union for nurses and healthcare workers in Aotearoa New Zealand. We represent more than 6</w:t>
      </w:r>
      <w:r>
        <w:rPr>
          <w:rFonts w:asciiTheme="majorHAnsi" w:hAnsiTheme="majorHAnsi" w:cstheme="majorHAnsi"/>
        </w:rPr>
        <w:t>4</w:t>
      </w:r>
      <w:r w:rsidR="00D043A9" w:rsidRPr="00154899">
        <w:rPr>
          <w:rFonts w:asciiTheme="majorHAnsi" w:hAnsiTheme="majorHAnsi" w:cstheme="majorHAnsi"/>
        </w:rPr>
        <w:t>,000 members and are committed to protecting and advancing their professional and industrial interests.</w:t>
      </w:r>
    </w:p>
    <w:p w14:paraId="1CD9061E" w14:textId="055DC4FD" w:rsidR="00475EE3" w:rsidRPr="00154899" w:rsidRDefault="00D043A9" w:rsidP="00184BD6">
      <w:pPr>
        <w:jc w:val="both"/>
        <w:rPr>
          <w:rFonts w:asciiTheme="majorHAnsi" w:hAnsiTheme="majorHAnsi" w:cstheme="majorHAnsi"/>
        </w:rPr>
      </w:pPr>
      <w:r w:rsidRPr="00154899">
        <w:rPr>
          <w:rFonts w:asciiTheme="majorHAnsi" w:hAnsiTheme="majorHAnsi" w:cstheme="majorHAnsi"/>
        </w:rPr>
        <w:t>We are seeking an experienced and highly capable Member Support Manager to lead our nationwide member support team</w:t>
      </w:r>
      <w:r w:rsidR="00941440" w:rsidRPr="00154899">
        <w:rPr>
          <w:rFonts w:asciiTheme="majorHAnsi" w:hAnsiTheme="majorHAnsi" w:cstheme="majorHAnsi"/>
        </w:rPr>
        <w:t xml:space="preserve"> compromising of </w:t>
      </w:r>
      <w:r w:rsidR="00B62EFD" w:rsidRPr="00154899">
        <w:rPr>
          <w:rFonts w:asciiTheme="majorHAnsi" w:hAnsiTheme="majorHAnsi" w:cstheme="majorHAnsi"/>
        </w:rPr>
        <w:t xml:space="preserve">our membership support centre, </w:t>
      </w:r>
      <w:r w:rsidR="00941440" w:rsidRPr="00154899">
        <w:rPr>
          <w:rFonts w:asciiTheme="majorHAnsi" w:hAnsiTheme="majorHAnsi" w:cstheme="majorHAnsi"/>
        </w:rPr>
        <w:t>medico</w:t>
      </w:r>
      <w:r w:rsidR="00B62EFD" w:rsidRPr="00154899">
        <w:rPr>
          <w:rFonts w:asciiTheme="majorHAnsi" w:hAnsiTheme="majorHAnsi" w:cstheme="majorHAnsi"/>
        </w:rPr>
        <w:t>-</w:t>
      </w:r>
      <w:r w:rsidR="00941440" w:rsidRPr="00154899">
        <w:rPr>
          <w:rFonts w:asciiTheme="majorHAnsi" w:hAnsiTheme="majorHAnsi" w:cstheme="majorHAnsi"/>
        </w:rPr>
        <w:t>legal</w:t>
      </w:r>
      <w:r w:rsidR="00B15EE5" w:rsidRPr="00154899">
        <w:rPr>
          <w:rFonts w:asciiTheme="majorHAnsi" w:hAnsiTheme="majorHAnsi" w:cstheme="majorHAnsi"/>
        </w:rPr>
        <w:t xml:space="preserve"> and </w:t>
      </w:r>
      <w:r w:rsidR="00941440" w:rsidRPr="00154899">
        <w:rPr>
          <w:rFonts w:asciiTheme="majorHAnsi" w:hAnsiTheme="majorHAnsi" w:cstheme="majorHAnsi"/>
        </w:rPr>
        <w:t xml:space="preserve">employment lawyers and </w:t>
      </w:r>
      <w:r w:rsidR="008C18D1" w:rsidRPr="00154899">
        <w:rPr>
          <w:rFonts w:asciiTheme="majorHAnsi" w:hAnsiTheme="majorHAnsi" w:cstheme="majorHAnsi"/>
        </w:rPr>
        <w:t xml:space="preserve">employment </w:t>
      </w:r>
      <w:r w:rsidR="00941440" w:rsidRPr="00154899">
        <w:rPr>
          <w:rFonts w:asciiTheme="majorHAnsi" w:hAnsiTheme="majorHAnsi" w:cstheme="majorHAnsi"/>
        </w:rPr>
        <w:t>advocate</w:t>
      </w:r>
      <w:r w:rsidR="00B15EE5" w:rsidRPr="00154899">
        <w:rPr>
          <w:rFonts w:asciiTheme="majorHAnsi" w:hAnsiTheme="majorHAnsi" w:cstheme="majorHAnsi"/>
        </w:rPr>
        <w:t>s</w:t>
      </w:r>
      <w:r w:rsidRPr="00154899">
        <w:rPr>
          <w:rFonts w:asciiTheme="majorHAnsi" w:hAnsiTheme="majorHAnsi" w:cstheme="majorHAnsi"/>
        </w:rPr>
        <w:t xml:space="preserve">. This senior role is responsible for ensuring members receive timely, professional and high-quality advice, advocacy and representation across </w:t>
      </w:r>
      <w:r w:rsidR="005A05B1" w:rsidRPr="00154899">
        <w:rPr>
          <w:rFonts w:asciiTheme="majorHAnsi" w:hAnsiTheme="majorHAnsi" w:cstheme="majorHAnsi"/>
        </w:rPr>
        <w:t>these spheres.</w:t>
      </w:r>
    </w:p>
    <w:p w14:paraId="4CCC7C3F" w14:textId="77777777" w:rsidR="00475EE3" w:rsidRPr="00154899" w:rsidRDefault="00D043A9" w:rsidP="00184BD6">
      <w:pPr>
        <w:jc w:val="both"/>
        <w:rPr>
          <w:rFonts w:asciiTheme="majorHAnsi" w:hAnsiTheme="majorHAnsi" w:cstheme="majorHAnsi"/>
        </w:rPr>
      </w:pPr>
      <w:r w:rsidRPr="00154899">
        <w:rPr>
          <w:rFonts w:asciiTheme="majorHAnsi" w:hAnsiTheme="majorHAnsi" w:cstheme="majorHAnsi"/>
          <w:b/>
          <w:sz w:val="28"/>
        </w:rPr>
        <w:t>The successful candidate will:</w:t>
      </w:r>
    </w:p>
    <w:p w14:paraId="5BC76470" w14:textId="77777777" w:rsidR="00475EE3" w:rsidRPr="00154899" w:rsidRDefault="00D043A9" w:rsidP="00184BD6">
      <w:pPr>
        <w:pStyle w:val="ListBullet"/>
        <w:jc w:val="both"/>
        <w:rPr>
          <w:rFonts w:asciiTheme="majorHAnsi" w:hAnsiTheme="majorHAnsi" w:cstheme="majorHAnsi"/>
        </w:rPr>
      </w:pPr>
      <w:r w:rsidRPr="00154899">
        <w:rPr>
          <w:rFonts w:asciiTheme="majorHAnsi" w:hAnsiTheme="majorHAnsi" w:cstheme="majorHAnsi"/>
        </w:rPr>
        <w:t>Be an experienced people leader with a proven ability to build, motivate and develop high-performing teams.</w:t>
      </w:r>
    </w:p>
    <w:p w14:paraId="0B64F794" w14:textId="76E50CC9" w:rsidR="00475EE3" w:rsidRPr="00154899" w:rsidRDefault="00D043A9" w:rsidP="00184BD6">
      <w:pPr>
        <w:pStyle w:val="ListBullet"/>
        <w:jc w:val="both"/>
        <w:rPr>
          <w:rFonts w:asciiTheme="majorHAnsi" w:hAnsiTheme="majorHAnsi" w:cstheme="majorHAnsi"/>
        </w:rPr>
      </w:pPr>
      <w:r w:rsidRPr="00154899">
        <w:rPr>
          <w:rFonts w:asciiTheme="majorHAnsi" w:hAnsiTheme="majorHAnsi" w:cstheme="majorHAnsi"/>
        </w:rPr>
        <w:t xml:space="preserve">Have extensive knowledge of </w:t>
      </w:r>
      <w:r w:rsidR="00B95D6F" w:rsidRPr="00154899">
        <w:rPr>
          <w:rFonts w:asciiTheme="majorHAnsi" w:hAnsiTheme="majorHAnsi" w:cstheme="majorHAnsi"/>
        </w:rPr>
        <w:t xml:space="preserve">customer </w:t>
      </w:r>
      <w:r w:rsidR="00234D1D" w:rsidRPr="00154899">
        <w:rPr>
          <w:rFonts w:asciiTheme="majorHAnsi" w:hAnsiTheme="majorHAnsi" w:cstheme="majorHAnsi"/>
        </w:rPr>
        <w:t>service</w:t>
      </w:r>
      <w:r w:rsidR="00706785" w:rsidRPr="00154899">
        <w:rPr>
          <w:rFonts w:asciiTheme="majorHAnsi" w:hAnsiTheme="majorHAnsi" w:cstheme="majorHAnsi"/>
        </w:rPr>
        <w:t xml:space="preserve"> and call-centre operations, </w:t>
      </w:r>
      <w:r w:rsidRPr="00154899">
        <w:rPr>
          <w:rFonts w:asciiTheme="majorHAnsi" w:hAnsiTheme="majorHAnsi" w:cstheme="majorHAnsi"/>
        </w:rPr>
        <w:t xml:space="preserve">employment </w:t>
      </w:r>
      <w:r w:rsidR="00706785" w:rsidRPr="00154899">
        <w:rPr>
          <w:rFonts w:asciiTheme="majorHAnsi" w:hAnsiTheme="majorHAnsi" w:cstheme="majorHAnsi"/>
        </w:rPr>
        <w:t>law</w:t>
      </w:r>
      <w:r w:rsidRPr="00154899">
        <w:rPr>
          <w:rFonts w:asciiTheme="majorHAnsi" w:hAnsiTheme="majorHAnsi" w:cstheme="majorHAnsi"/>
        </w:rPr>
        <w:t>, medico-legal matters and relevant legislation.</w:t>
      </w:r>
    </w:p>
    <w:p w14:paraId="3B7AA8E8" w14:textId="2B157FEC" w:rsidR="00475EE3" w:rsidRPr="00154899" w:rsidRDefault="00D043A9" w:rsidP="00184BD6">
      <w:pPr>
        <w:pStyle w:val="ListBullet"/>
        <w:jc w:val="both"/>
        <w:rPr>
          <w:rFonts w:asciiTheme="majorHAnsi" w:hAnsiTheme="majorHAnsi" w:cstheme="majorHAnsi"/>
        </w:rPr>
      </w:pPr>
      <w:r w:rsidRPr="00154899">
        <w:rPr>
          <w:rFonts w:asciiTheme="majorHAnsi" w:hAnsiTheme="majorHAnsi" w:cstheme="majorHAnsi"/>
        </w:rPr>
        <w:t>Provide expert advice and strategic leadership in complex member matters.</w:t>
      </w:r>
    </w:p>
    <w:p w14:paraId="6BAE9256" w14:textId="77777777" w:rsidR="00475EE3" w:rsidRPr="00154899" w:rsidRDefault="00D043A9" w:rsidP="00184BD6">
      <w:pPr>
        <w:pStyle w:val="ListBullet"/>
        <w:jc w:val="both"/>
        <w:rPr>
          <w:rFonts w:asciiTheme="majorHAnsi" w:hAnsiTheme="majorHAnsi" w:cstheme="majorHAnsi"/>
        </w:rPr>
      </w:pPr>
      <w:r w:rsidRPr="00154899">
        <w:rPr>
          <w:rFonts w:asciiTheme="majorHAnsi" w:hAnsiTheme="majorHAnsi" w:cstheme="majorHAnsi"/>
        </w:rPr>
        <w:t>Demonstrate outstanding relationship management and stakeholder engagement skills.</w:t>
      </w:r>
    </w:p>
    <w:p w14:paraId="2330E714" w14:textId="77777777" w:rsidR="00475EE3" w:rsidRPr="00154899" w:rsidRDefault="00D043A9" w:rsidP="00184BD6">
      <w:pPr>
        <w:pStyle w:val="ListBullet"/>
        <w:jc w:val="both"/>
        <w:rPr>
          <w:rFonts w:asciiTheme="majorHAnsi" w:hAnsiTheme="majorHAnsi" w:cstheme="majorHAnsi"/>
        </w:rPr>
      </w:pPr>
      <w:r w:rsidRPr="00154899">
        <w:rPr>
          <w:rFonts w:asciiTheme="majorHAnsi" w:hAnsiTheme="majorHAnsi" w:cstheme="majorHAnsi"/>
        </w:rPr>
        <w:t>Drive continuous improvement and service excellence.</w:t>
      </w:r>
    </w:p>
    <w:p w14:paraId="261DAB3B" w14:textId="77777777" w:rsidR="00475EE3" w:rsidRPr="00154899" w:rsidRDefault="00D043A9" w:rsidP="00184BD6">
      <w:pPr>
        <w:pStyle w:val="ListBullet"/>
        <w:jc w:val="both"/>
        <w:rPr>
          <w:rFonts w:asciiTheme="majorHAnsi" w:hAnsiTheme="majorHAnsi" w:cstheme="majorHAnsi"/>
        </w:rPr>
      </w:pPr>
      <w:r w:rsidRPr="00154899">
        <w:rPr>
          <w:rFonts w:asciiTheme="majorHAnsi" w:hAnsiTheme="majorHAnsi" w:cstheme="majorHAnsi"/>
        </w:rPr>
        <w:t>Possess exceptional written and verbal communication skills.</w:t>
      </w:r>
    </w:p>
    <w:p w14:paraId="5B3EBC6A" w14:textId="77777777" w:rsidR="00475EE3" w:rsidRDefault="00D043A9" w:rsidP="00184BD6">
      <w:pPr>
        <w:pStyle w:val="ListBullet"/>
        <w:jc w:val="both"/>
        <w:rPr>
          <w:rFonts w:asciiTheme="majorHAnsi" w:hAnsiTheme="majorHAnsi" w:cstheme="majorHAnsi"/>
        </w:rPr>
      </w:pPr>
      <w:r w:rsidRPr="00154899">
        <w:rPr>
          <w:rFonts w:asciiTheme="majorHAnsi" w:hAnsiTheme="majorHAnsi" w:cstheme="majorHAnsi"/>
        </w:rPr>
        <w:t>Demonstrate a commitment to Te Tiriti o Waitangi, equity, diversity and the values of the union movement.</w:t>
      </w:r>
    </w:p>
    <w:p w14:paraId="547D63C9" w14:textId="2DCE0C71" w:rsidR="00276EFD" w:rsidRPr="00154899" w:rsidRDefault="00276EFD" w:rsidP="00184BD6">
      <w:pPr>
        <w:pStyle w:val="ListBullet"/>
        <w:jc w:val="both"/>
        <w:rPr>
          <w:rFonts w:asciiTheme="majorHAnsi" w:hAnsiTheme="majorHAnsi" w:cstheme="majorHAnsi"/>
        </w:rPr>
      </w:pPr>
      <w:r w:rsidRPr="00276EFD">
        <w:rPr>
          <w:rFonts w:asciiTheme="majorHAnsi" w:hAnsiTheme="majorHAnsi" w:cstheme="majorHAnsi"/>
        </w:rPr>
        <w:t>Be driven by effective planning and review, and a curiosity for data and insights.</w:t>
      </w:r>
    </w:p>
    <w:p w14:paraId="51AA3325" w14:textId="77777777" w:rsidR="00175C89" w:rsidRPr="00154899" w:rsidRDefault="00175C89" w:rsidP="00175C89">
      <w:pPr>
        <w:pStyle w:val="ListBullet"/>
        <w:numPr>
          <w:ilvl w:val="0"/>
          <w:numId w:val="0"/>
        </w:numPr>
        <w:jc w:val="both"/>
        <w:rPr>
          <w:rFonts w:asciiTheme="majorHAnsi" w:hAnsiTheme="majorHAnsi" w:cstheme="majorHAnsi"/>
        </w:rPr>
      </w:pPr>
    </w:p>
    <w:p w14:paraId="10CF2160" w14:textId="3DECC950" w:rsidR="00475EE3" w:rsidRPr="00154899" w:rsidRDefault="00D043A9" w:rsidP="00175C89">
      <w:pPr>
        <w:pStyle w:val="ListBullet"/>
        <w:numPr>
          <w:ilvl w:val="0"/>
          <w:numId w:val="0"/>
        </w:numPr>
        <w:jc w:val="both"/>
        <w:rPr>
          <w:rFonts w:asciiTheme="majorHAnsi" w:hAnsiTheme="majorHAnsi" w:cstheme="majorHAnsi"/>
        </w:rPr>
      </w:pPr>
      <w:r w:rsidRPr="00154899">
        <w:rPr>
          <w:rFonts w:asciiTheme="majorHAnsi" w:hAnsiTheme="majorHAnsi" w:cstheme="majorHAnsi"/>
        </w:rPr>
        <w:t xml:space="preserve">This is a </w:t>
      </w:r>
      <w:r w:rsidR="00974535">
        <w:rPr>
          <w:rFonts w:asciiTheme="majorHAnsi" w:hAnsiTheme="majorHAnsi" w:cstheme="majorHAnsi"/>
        </w:rPr>
        <w:t xml:space="preserve">great </w:t>
      </w:r>
      <w:r w:rsidRPr="00154899">
        <w:rPr>
          <w:rFonts w:asciiTheme="majorHAnsi" w:hAnsiTheme="majorHAnsi" w:cstheme="majorHAnsi"/>
        </w:rPr>
        <w:t xml:space="preserve">opportunity to lead a dedicated team making a meaningful difference to the working lives and professional wellbeing of thousands of </w:t>
      </w:r>
      <w:r w:rsidR="00974535">
        <w:rPr>
          <w:rFonts w:asciiTheme="majorHAnsi" w:hAnsiTheme="majorHAnsi" w:cstheme="majorHAnsi"/>
        </w:rPr>
        <w:t xml:space="preserve">nurses and </w:t>
      </w:r>
      <w:r w:rsidRPr="00154899">
        <w:rPr>
          <w:rFonts w:asciiTheme="majorHAnsi" w:hAnsiTheme="majorHAnsi" w:cstheme="majorHAnsi"/>
        </w:rPr>
        <w:t>health workers throughout Aotearoa.</w:t>
      </w:r>
    </w:p>
    <w:p w14:paraId="754024CE" w14:textId="24FA72F5" w:rsidR="00475EE3" w:rsidRPr="00CE5F5F" w:rsidRDefault="00D043A9" w:rsidP="00184BD6">
      <w:pPr>
        <w:jc w:val="both"/>
        <w:rPr>
          <w:rFonts w:asciiTheme="majorHAnsi" w:hAnsiTheme="majorHAnsi" w:cstheme="majorHAnsi"/>
        </w:rPr>
      </w:pPr>
      <w:r w:rsidRPr="00154899">
        <w:rPr>
          <w:rFonts w:asciiTheme="majorHAnsi" w:hAnsiTheme="majorHAnsi" w:cstheme="majorHAnsi"/>
        </w:rPr>
        <w:t>If this opportunity appeals to you, please submit your application</w:t>
      </w:r>
      <w:r w:rsidR="009C44FB">
        <w:rPr>
          <w:rFonts w:asciiTheme="majorHAnsi" w:hAnsiTheme="majorHAnsi" w:cstheme="majorHAnsi"/>
        </w:rPr>
        <w:t xml:space="preserve"> </w:t>
      </w:r>
      <w:r w:rsidR="009C44FB" w:rsidRPr="003E57D9">
        <w:rPr>
          <w:rFonts w:asciiTheme="majorHAnsi" w:hAnsiTheme="majorHAnsi" w:cstheme="majorHAnsi"/>
          <w:b/>
          <w:bCs/>
        </w:rPr>
        <w:t>let</w:t>
      </w:r>
      <w:r w:rsidR="003E57D9" w:rsidRPr="003E57D9">
        <w:rPr>
          <w:rFonts w:asciiTheme="majorHAnsi" w:hAnsiTheme="majorHAnsi" w:cstheme="majorHAnsi"/>
          <w:b/>
          <w:bCs/>
        </w:rPr>
        <w:t>ter</w:t>
      </w:r>
      <w:r w:rsidRPr="003E57D9">
        <w:rPr>
          <w:rFonts w:asciiTheme="majorHAnsi" w:hAnsiTheme="majorHAnsi" w:cstheme="majorHAnsi"/>
          <w:b/>
          <w:bCs/>
        </w:rPr>
        <w:t xml:space="preserve"> and curriculum vitae</w:t>
      </w:r>
      <w:r w:rsidR="00F30B3E">
        <w:rPr>
          <w:rFonts w:asciiTheme="majorHAnsi" w:hAnsiTheme="majorHAnsi" w:cstheme="majorHAnsi"/>
        </w:rPr>
        <w:t xml:space="preserve"> to Heather Sander</w:t>
      </w:r>
      <w:r w:rsidR="009C44FB">
        <w:rPr>
          <w:rFonts w:asciiTheme="majorHAnsi" w:hAnsiTheme="majorHAnsi" w:cstheme="majorHAnsi"/>
        </w:rPr>
        <w:t xml:space="preserve">: </w:t>
      </w:r>
      <w:hyperlink r:id="rId8" w:history="1">
        <w:r w:rsidR="009C44FB" w:rsidRPr="00E62B3F">
          <w:rPr>
            <w:rStyle w:val="Hyperlink"/>
            <w:rFonts w:asciiTheme="majorHAnsi" w:hAnsiTheme="majorHAnsi" w:cstheme="majorHAnsi"/>
          </w:rPr>
          <w:t>heather.sander@nzno.org.nz</w:t>
        </w:r>
      </w:hyperlink>
      <w:r w:rsidR="009C44FB">
        <w:rPr>
          <w:rFonts w:asciiTheme="majorHAnsi" w:hAnsiTheme="majorHAnsi" w:cstheme="majorHAnsi"/>
        </w:rPr>
        <w:t xml:space="preserve"> by </w:t>
      </w:r>
      <w:r w:rsidR="009C44FB" w:rsidRPr="009C44FB">
        <w:rPr>
          <w:rFonts w:asciiTheme="majorHAnsi" w:hAnsiTheme="majorHAnsi" w:cstheme="majorHAnsi"/>
          <w:b/>
          <w:bCs/>
        </w:rPr>
        <w:t>5.00pm Sunday 1 November 2026</w:t>
      </w:r>
      <w:r w:rsidR="008B739D">
        <w:rPr>
          <w:rFonts w:asciiTheme="majorHAnsi" w:hAnsiTheme="majorHAnsi" w:cstheme="majorHAnsi"/>
          <w:b/>
          <w:bCs/>
        </w:rPr>
        <w:t>.</w:t>
      </w:r>
    </w:p>
    <w:sectPr w:rsidR="00475EE3" w:rsidRPr="00CE5F5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3C24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6235295">
    <w:abstractNumId w:val="8"/>
  </w:num>
  <w:num w:numId="2" w16cid:durableId="674265318">
    <w:abstractNumId w:val="6"/>
  </w:num>
  <w:num w:numId="3" w16cid:durableId="1300259844">
    <w:abstractNumId w:val="5"/>
  </w:num>
  <w:num w:numId="4" w16cid:durableId="71436928">
    <w:abstractNumId w:val="4"/>
  </w:num>
  <w:num w:numId="5" w16cid:durableId="1710955073">
    <w:abstractNumId w:val="7"/>
  </w:num>
  <w:num w:numId="6" w16cid:durableId="1673416065">
    <w:abstractNumId w:val="3"/>
  </w:num>
  <w:num w:numId="7" w16cid:durableId="1125998476">
    <w:abstractNumId w:val="2"/>
  </w:num>
  <w:num w:numId="8" w16cid:durableId="341785721">
    <w:abstractNumId w:val="1"/>
  </w:num>
  <w:num w:numId="9" w16cid:durableId="642537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923"/>
    <w:rsid w:val="00034616"/>
    <w:rsid w:val="0006063C"/>
    <w:rsid w:val="000666CD"/>
    <w:rsid w:val="000A68ED"/>
    <w:rsid w:val="0015074B"/>
    <w:rsid w:val="00154899"/>
    <w:rsid w:val="00175C89"/>
    <w:rsid w:val="00184BD6"/>
    <w:rsid w:val="0021356E"/>
    <w:rsid w:val="00234D1D"/>
    <w:rsid w:val="00270A1B"/>
    <w:rsid w:val="00276EFD"/>
    <w:rsid w:val="00295BB1"/>
    <w:rsid w:val="0029639D"/>
    <w:rsid w:val="002F3323"/>
    <w:rsid w:val="00326F90"/>
    <w:rsid w:val="003E57D9"/>
    <w:rsid w:val="004107CA"/>
    <w:rsid w:val="004231A3"/>
    <w:rsid w:val="00475EE3"/>
    <w:rsid w:val="005A05B1"/>
    <w:rsid w:val="00640264"/>
    <w:rsid w:val="00706785"/>
    <w:rsid w:val="00751C32"/>
    <w:rsid w:val="007D7607"/>
    <w:rsid w:val="00856134"/>
    <w:rsid w:val="008B739D"/>
    <w:rsid w:val="008C18D1"/>
    <w:rsid w:val="00941440"/>
    <w:rsid w:val="00974535"/>
    <w:rsid w:val="009C44FB"/>
    <w:rsid w:val="00A517F0"/>
    <w:rsid w:val="00AA1D8D"/>
    <w:rsid w:val="00AF476E"/>
    <w:rsid w:val="00B15EE5"/>
    <w:rsid w:val="00B47730"/>
    <w:rsid w:val="00B62EFD"/>
    <w:rsid w:val="00B95D6F"/>
    <w:rsid w:val="00BF031D"/>
    <w:rsid w:val="00C35C60"/>
    <w:rsid w:val="00C40C9A"/>
    <w:rsid w:val="00C77034"/>
    <w:rsid w:val="00CA0AC0"/>
    <w:rsid w:val="00CB0664"/>
    <w:rsid w:val="00CE5F5F"/>
    <w:rsid w:val="00D043A9"/>
    <w:rsid w:val="00E009BC"/>
    <w:rsid w:val="00E70186"/>
    <w:rsid w:val="00EE6320"/>
    <w:rsid w:val="00F30B3E"/>
    <w:rsid w:val="00F439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27C10C-C357-4427-978E-6D4AC96F8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en-NZ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C44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4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ather.sander@nzno.org.nz" TargetMode="External"/><Relationship Id="rId3" Type="http://schemas.openxmlformats.org/officeDocument/2006/relationships/styles" Target="styles.xml"/><Relationship Id="rId7" Type="http://schemas.openxmlformats.org/officeDocument/2006/relationships/image" Target="cid:image001.png@01DC2BE0.535D62D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Casidy</dc:creator>
  <cp:keywords/>
  <dc:description>generated by python-docx</dc:description>
  <cp:lastModifiedBy>Heather Sander</cp:lastModifiedBy>
  <cp:revision>7</cp:revision>
  <cp:lastPrinted>2026-10-12T01:34:00Z</cp:lastPrinted>
  <dcterms:created xsi:type="dcterms:W3CDTF">2026-10-12T02:42:00Z</dcterms:created>
  <dcterms:modified xsi:type="dcterms:W3CDTF">2026-10-12T02:49:00Z</dcterms:modified>
  <cp:category/>
</cp:coreProperties>
</file>